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Modelo de carta de verificación de empleo</w:t>
      </w:r>
    </w:p>
    <w:p>
      <w:r>
        <w:t>Guía de uso y modelo para que un empleador confirme datos laborales. La carta acredita lo que la empresa puede verificar; no es una autorización de trabajo, una oferta de empleo ni un formulario de patrocinio.</w:t>
      </w:r>
    </w:p>
    <w:p>
      <w:pPr>
        <w:pStyle w:val="Heading1"/>
      </w:pPr>
      <w:r>
        <w:t>Cómo utilizar el modelo</w:t>
      </w:r>
    </w:p>
    <w:p>
      <w:r>
        <w:t>1. Entrega el modelo a Recursos Humanos o a una persona de la empresa con autoridad para confirmar el empleo. Esa persona comprueba los datos y firma.</w:t>
      </w:r>
    </w:p>
    <w:p>
      <w:r>
        <w:t>2. Utiliza membrete si está disponible, fecha de emisión y un contacto verificable. Indica puesto, fecha de inicio y remuneración con moneda y periodicidad. Añade horas semanales o modalidad si resultan pertinentes.</w:t>
      </w:r>
    </w:p>
    <w:p>
      <w:r>
        <w:t>3. No describas como actual un empleo que terminó, ni presentes una remuneración por hora como salario anual. Si los ingresos varían, la empresa debe explicarlo con datos que pueda confirmar.</w:t>
      </w:r>
    </w:p>
    <w:p>
      <w:r>
        <w:t>4. La página siguiente contiene el modelo. En Word elimina estas instrucciones antes de emitirlo; para imprimir el PDF, selecciona la página 2. El empleador debe adaptar todos los campos.</w:t>
      </w:r>
    </w:p>
    <w:p>
      <w:r>
        <w:t>5. Si se usa con el I-864, comprueba las instrucciones de ese formulario: una carta puede complementar la evidencia de ingresos y no sustituye los documentos que se exijan. Si se presenta en español ante USCIS, acompáñala de traducción completa al inglés con certificación del traductor.</w:t>
      </w:r>
    </w:p>
    <w:p>
      <w:pPr>
        <w:spacing w:before="200"/>
      </w:pPr>
      <w:r>
        <w:rPr>
          <w:sz w:val="18"/>
        </w:rPr>
        <w:t>Fuente: uscis.gov/sites/default/files/document/forms/i-864instr.pdf</w:t>
        <w:br/>
        <w:t>Comprobación de fuentes 22 de octubre de 2026</w:t>
        <w:br/>
        <w:t>Oficina Inmigración</w:t>
      </w:r>
    </w:p>
    <w:p>
      <w:r>
        <w:br w:type="page"/>
      </w:r>
    </w:p>
    <w:p>
      <w:pPr>
        <w:spacing w:after="200"/>
      </w:pPr>
      <w:r>
        <w:t>[Membrete de la empresa con dirección y teléfono]</w:t>
      </w:r>
    </w:p>
    <w:p>
      <w:pPr>
        <w:spacing w:after="200"/>
      </w:pPr>
      <w:r>
        <w:t>[Fecha de emisión]</w:t>
      </w:r>
    </w:p>
    <w:p>
      <w:pPr>
        <w:spacing w:after="200"/>
      </w:pPr>
      <w:r>
        <w:t>A quien corresponda:</w:t>
      </w:r>
    </w:p>
    <w:p>
      <w:pPr>
        <w:spacing w:after="200"/>
      </w:pPr>
      <w:r>
        <w:t>En representación de [nombre de la empresa], confirmo que [nombre completo del empleado] trabaja actualmente en esta empresa desde [fecha de inicio], en el puesto de [cargo].</w:t>
      </w:r>
    </w:p>
    <w:p>
      <w:pPr>
        <w:spacing w:after="200"/>
      </w:pPr>
      <w:r>
        <w:t>Su dedicación actual es de [número] horas semanales y su modalidad es [tiempo completo o parcial, si corresponde]. Su remuneración bruta actual es de [importe y moneda] por [hora, mes o año]. [Explica variaciones de jornada o ingresos únicamente si procede y puede verificarse].</w:t>
      </w:r>
    </w:p>
    <w:p>
      <w:pPr>
        <w:spacing w:after="200"/>
      </w:pPr>
      <w:r>
        <w:t>Esta información se emite a petición de [persona interesada] a partir de los registros de la empresa a fecha de esta carta. Para verificarla, pueden contactar con [nombre o departamento] en [teléfono y correo].</w:t>
      </w:r>
    </w:p>
    <w:p>
      <w:pPr>
        <w:spacing w:after="200"/>
      </w:pPr>
      <w:r>
        <w:t>Atentamente,</w:t>
      </w:r>
    </w:p>
    <w:p>
      <w:pPr>
        <w:spacing w:after="200" w:before="200"/>
      </w:pPr>
      <w:r>
        <w:t>[Firma de la persona autorizada]</w:t>
      </w:r>
    </w:p>
    <w:p>
      <w:pPr>
        <w:spacing w:after="200"/>
      </w:pPr>
      <w:r>
        <w:t>[Nombre completo y cargo]</w:t>
      </w:r>
    </w:p>
    <w:p>
      <w:pPr>
        <w:spacing w:after="200"/>
      </w:pPr>
      <w:r>
        <w:t>[Nombre de la empresa]</w:t>
      </w:r>
    </w:p>
    <w:sectPr w:rsidR="00FC693F" w:rsidRPr="0006063C" w:rsidSect="00034616">
      <w:pgSz w:w="12240" w:h="15840"/>
      <w:pgMar w:top="1152" w:right="1224" w:bottom="1152" w:left="122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60" w:line="269" w:lineRule="auto"/>
    </w:pPr>
    <w:rPr>
      <w:rFonts w:ascii="Calibri" w:hAnsi="Calibri"/>
      <w:color w:val="000000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160" w:line="269" w:lineRule="auto"/>
      <w:outlineLvl w:val="0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160" w:line="269" w:lineRule="auto"/>
      <w:outlineLvl w:val="1"/>
    </w:pPr>
    <w:rPr>
      <w:rFonts w:asciiTheme="majorHAnsi" w:eastAsiaTheme="majorEastAsia" w:hAnsiTheme="majorHAnsi" w:cstheme="majorBidi" w:ascii="Calibri" w:hAnsi="Calibri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60" w:line="269" w:lineRule="auto"/>
      <w:contextualSpacing/>
    </w:pPr>
    <w:rPr>
      <w:rFonts w:asciiTheme="majorHAnsi" w:eastAsiaTheme="majorEastAsia" w:hAnsiTheme="majorHAnsi" w:cstheme="majorBidi" w:ascii="Calibri" w:hAnsi="Calibri"/>
      <w:color w:val="000000"/>
      <w:spacing w:val="5"/>
      <w:kern w:val="28"/>
      <w:sz w:val="4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after="160" w:line="269" w:lineRule="auto"/>
    </w:pPr>
    <w:rPr>
      <w:rFonts w:asciiTheme="majorHAnsi" w:eastAsiaTheme="majorEastAsia" w:hAnsiTheme="majorHAnsi" w:cstheme="majorBidi" w:ascii="Calibri" w:hAnsi="Calibri"/>
      <w:i/>
      <w:iCs/>
      <w:color w:val="000000"/>
      <w:spacing w:val="15"/>
      <w:sz w:val="26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Modelo de carta de verificación de empleo</dc:title>
  <dc:subject>Modelo orientativo editable</dc:subject>
  <dc:creator>Redacción de Oficina Inmigración</dc:creator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